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431ECA" w14:paraId="5A505BE6" w14:textId="77777777">
        <w:trPr>
          <w:jc w:val="center"/>
        </w:trPr>
        <w:tc>
          <w:tcPr>
            <w:tcW w:w="10540" w:type="dxa"/>
            <w:shd w:val="clear" w:color="auto" w:fill="1F4E79"/>
          </w:tcPr>
          <w:p w14:paraId="2BCFB49B" w14:textId="77777777" w:rsidR="00431ECA" w:rsidRPr="00D16D6E" w:rsidRDefault="00000000">
            <w:pPr>
              <w:jc w:val="center"/>
              <w:rPr>
                <w:rFonts w:ascii="Ubuntu" w:hAnsi="Ubuntu"/>
              </w:rPr>
            </w:pPr>
            <w:r w:rsidRPr="00D16D6E">
              <w:rPr>
                <w:rFonts w:ascii="Ubuntu" w:hAnsi="Ubuntu"/>
                <w:b/>
                <w:color w:val="FFFFFF"/>
                <w:sz w:val="32"/>
              </w:rPr>
              <w:t>GAZ Abenddienst</w:t>
            </w:r>
            <w:r w:rsidRPr="00D16D6E">
              <w:rPr>
                <w:rFonts w:ascii="Ubuntu" w:hAnsi="Ubuntu"/>
                <w:b/>
                <w:color w:val="FFFFFF"/>
                <w:sz w:val="32"/>
              </w:rPr>
              <w:br/>
            </w:r>
            <w:r w:rsidRPr="00D16D6E">
              <w:rPr>
                <w:rFonts w:ascii="Ubuntu" w:hAnsi="Ubuntu"/>
                <w:color w:val="FFFFFF"/>
                <w:sz w:val="20"/>
              </w:rPr>
              <w:t>Telefontriage &amp; Zuweisungsformular</w:t>
            </w:r>
          </w:p>
        </w:tc>
      </w:tr>
    </w:tbl>
    <w:p w14:paraId="409553C6" w14:textId="77777777" w:rsidR="00D16D6E" w:rsidRDefault="00D16D6E">
      <w:pPr>
        <w:jc w:val="center"/>
      </w:pPr>
    </w:p>
    <w:p w14:paraId="57E26C3B" w14:textId="3C2A5F43" w:rsidR="00431ECA" w:rsidRDefault="00000000">
      <w:pPr>
        <w:jc w:val="center"/>
      </w:pPr>
      <w:r>
        <w:t xml:space="preserve">Dieses Formular </w:t>
      </w:r>
      <w:proofErr w:type="spellStart"/>
      <w:r>
        <w:t>dient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Triageprotokoll</w:t>
      </w:r>
      <w:proofErr w:type="spellEnd"/>
      <w:r>
        <w:t xml:space="preserve"> und – bei Überweisung – gleichzeitig als Zuweisung an das Spital.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31ECA" w14:paraId="6B8D27E6" w14:textId="77777777">
        <w:trPr>
          <w:jc w:val="center"/>
        </w:trPr>
        <w:tc>
          <w:tcPr>
            <w:tcW w:w="10540" w:type="dxa"/>
            <w:gridSpan w:val="4"/>
            <w:shd w:val="clear" w:color="auto" w:fill="EAF2F8"/>
          </w:tcPr>
          <w:p w14:paraId="245EFFEF" w14:textId="77777777" w:rsidR="00431ECA" w:rsidRDefault="00000000">
            <w:pPr>
              <w:jc w:val="center"/>
            </w:pPr>
            <w:r>
              <w:rPr>
                <w:b/>
                <w:color w:val="1F4E79"/>
                <w:sz w:val="22"/>
              </w:rPr>
              <w:t>1. Einsatzdaten</w:t>
            </w:r>
          </w:p>
        </w:tc>
      </w:tr>
      <w:tr w:rsidR="00431ECA" w14:paraId="1E6DFA8B" w14:textId="77777777">
        <w:trPr>
          <w:jc w:val="center"/>
        </w:trPr>
        <w:tc>
          <w:tcPr>
            <w:tcW w:w="2635" w:type="dxa"/>
            <w:vAlign w:val="center"/>
          </w:tcPr>
          <w:p w14:paraId="2140859D" w14:textId="77777777" w:rsidR="00431ECA" w:rsidRDefault="00000000">
            <w:r>
              <w:t>Datum</w:t>
            </w:r>
          </w:p>
        </w:tc>
        <w:tc>
          <w:tcPr>
            <w:tcW w:w="2635" w:type="dxa"/>
            <w:vAlign w:val="center"/>
          </w:tcPr>
          <w:p w14:paraId="43529075" w14:textId="77777777" w:rsidR="00431ECA" w:rsidRDefault="00000000">
            <w:r>
              <w:t>Zeit Beginn</w:t>
            </w:r>
          </w:p>
        </w:tc>
        <w:tc>
          <w:tcPr>
            <w:tcW w:w="2635" w:type="dxa"/>
            <w:vAlign w:val="center"/>
          </w:tcPr>
          <w:p w14:paraId="517CA9BA" w14:textId="77777777" w:rsidR="00431ECA" w:rsidRDefault="00000000">
            <w:r>
              <w:t>Zeit Ende</w:t>
            </w:r>
          </w:p>
        </w:tc>
        <w:tc>
          <w:tcPr>
            <w:tcW w:w="2635" w:type="dxa"/>
            <w:vAlign w:val="center"/>
          </w:tcPr>
          <w:p w14:paraId="36881A84" w14:textId="77777777" w:rsidR="00431ECA" w:rsidRDefault="00000000">
            <w:r>
              <w:t>Fall-ID / intern</w:t>
            </w:r>
          </w:p>
        </w:tc>
      </w:tr>
      <w:tr w:rsidR="00431ECA" w14:paraId="10294879" w14:textId="77777777">
        <w:trPr>
          <w:jc w:val="center"/>
        </w:trPr>
        <w:tc>
          <w:tcPr>
            <w:tcW w:w="2635" w:type="dxa"/>
          </w:tcPr>
          <w:p w14:paraId="7C316FFF" w14:textId="77777777" w:rsidR="00431ECA" w:rsidRDefault="00000000">
            <w:r>
              <w:t xml:space="preserve"> </w:t>
            </w:r>
          </w:p>
        </w:tc>
        <w:tc>
          <w:tcPr>
            <w:tcW w:w="2635" w:type="dxa"/>
          </w:tcPr>
          <w:p w14:paraId="0FA2911C" w14:textId="77777777" w:rsidR="00431ECA" w:rsidRDefault="00000000">
            <w:r>
              <w:t xml:space="preserve"> </w:t>
            </w:r>
          </w:p>
        </w:tc>
        <w:tc>
          <w:tcPr>
            <w:tcW w:w="2635" w:type="dxa"/>
          </w:tcPr>
          <w:p w14:paraId="6AA5A23B" w14:textId="77777777" w:rsidR="00431ECA" w:rsidRDefault="00000000">
            <w:r>
              <w:t xml:space="preserve"> </w:t>
            </w:r>
          </w:p>
        </w:tc>
        <w:tc>
          <w:tcPr>
            <w:tcW w:w="2635" w:type="dxa"/>
          </w:tcPr>
          <w:p w14:paraId="6F4DA113" w14:textId="77777777" w:rsidR="00431ECA" w:rsidRDefault="00000000">
            <w:r>
              <w:t xml:space="preserve"> </w:t>
            </w:r>
          </w:p>
        </w:tc>
      </w:tr>
    </w:tbl>
    <w:p w14:paraId="6ED8B821" w14:textId="77777777" w:rsidR="00C754EB" w:rsidRDefault="00C754E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D16D6E" w14:paraId="0D14186F" w14:textId="77777777" w:rsidTr="000E1DAA">
        <w:trPr>
          <w:jc w:val="center"/>
        </w:trPr>
        <w:tc>
          <w:tcPr>
            <w:tcW w:w="10540" w:type="dxa"/>
            <w:shd w:val="clear" w:color="auto" w:fill="EAF2F8"/>
          </w:tcPr>
          <w:p w14:paraId="66708AA6" w14:textId="77777777" w:rsidR="00D16D6E" w:rsidRDefault="00D16D6E" w:rsidP="000E1DAA">
            <w:pPr>
              <w:jc w:val="center"/>
              <w:rPr>
                <w:b/>
                <w:color w:val="1F4E79"/>
                <w:sz w:val="22"/>
              </w:rPr>
            </w:pPr>
          </w:p>
          <w:p w14:paraId="0683E5D0" w14:textId="77777777" w:rsidR="00D16D6E" w:rsidRDefault="00D16D6E" w:rsidP="000E1DAA">
            <w:pPr>
              <w:jc w:val="center"/>
            </w:pPr>
            <w:r>
              <w:rPr>
                <w:b/>
                <w:color w:val="1F4E79"/>
                <w:sz w:val="22"/>
              </w:rPr>
              <w:t xml:space="preserve">2. </w:t>
            </w:r>
            <w:proofErr w:type="spellStart"/>
            <w:r>
              <w:rPr>
                <w:b/>
                <w:color w:val="1F4E79"/>
                <w:sz w:val="22"/>
              </w:rPr>
              <w:t>Patientendaten</w:t>
            </w:r>
            <w:proofErr w:type="spellEnd"/>
          </w:p>
        </w:tc>
      </w:tr>
    </w:tbl>
    <w:p w14:paraId="69F7E747" w14:textId="77777777" w:rsidR="00D16D6E" w:rsidRDefault="00D16D6E"/>
    <w:p w14:paraId="4487671D" w14:textId="45D09B0A" w:rsidR="00431ECA" w:rsidRDefault="00000000">
      <w:r>
        <w:t xml:space="preserve">Name: ____________________    </w:t>
      </w:r>
      <w:proofErr w:type="spellStart"/>
      <w:r>
        <w:t>Vorname</w:t>
      </w:r>
      <w:proofErr w:type="spellEnd"/>
      <w:r>
        <w:t xml:space="preserve">: ____________________    </w:t>
      </w:r>
      <w:proofErr w:type="gramStart"/>
      <w:r>
        <w:t>Geb.-</w:t>
      </w:r>
      <w:proofErr w:type="gramEnd"/>
      <w:r>
        <w:t>Datum: ____________________</w:t>
      </w:r>
    </w:p>
    <w:p w14:paraId="198BAACA" w14:textId="77777777" w:rsidR="00431ECA" w:rsidRDefault="00000000">
      <w:r>
        <w:t>Geschlecht: ☐ männlich    ☐ weiblich    ☐ divers</w:t>
      </w:r>
    </w:p>
    <w:p w14:paraId="1E23C666" w14:textId="77777777" w:rsidR="00431ECA" w:rsidRDefault="00000000">
      <w:r>
        <w:t>Adresse: ___________________________________________________    PLZ / Ort: ____________________</w:t>
      </w:r>
    </w:p>
    <w:p w14:paraId="5D7F07AD" w14:textId="77777777" w:rsidR="00431ECA" w:rsidRDefault="00000000">
      <w:r>
        <w:t>Telefon: ____________________    Versicherung: ____________________    Vers.-Nr.: ____________________</w:t>
      </w:r>
    </w:p>
    <w:p w14:paraId="6D5662C5" w14:textId="77777777" w:rsidR="00431ECA" w:rsidRDefault="00000000">
      <w:r>
        <w:t xml:space="preserve">Hausarzt / Hausärztin: ____________________    </w:t>
      </w:r>
      <w:proofErr w:type="spellStart"/>
      <w:r>
        <w:t>Kontakt</w:t>
      </w:r>
      <w:proofErr w:type="spellEnd"/>
      <w:r>
        <w:t xml:space="preserve"> Hausarzt: ________________________________</w:t>
      </w:r>
    </w:p>
    <w:p w14:paraId="5D91B7F3" w14:textId="77777777" w:rsidR="00C754EB" w:rsidRDefault="00C754E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431ECA" w14:paraId="01EFEF23" w14:textId="77777777">
        <w:trPr>
          <w:jc w:val="center"/>
        </w:trPr>
        <w:tc>
          <w:tcPr>
            <w:tcW w:w="10540" w:type="dxa"/>
            <w:shd w:val="clear" w:color="auto" w:fill="EAF2F8"/>
          </w:tcPr>
          <w:p w14:paraId="081B4EA3" w14:textId="77777777" w:rsidR="00D16D6E" w:rsidRDefault="00D16D6E">
            <w:pPr>
              <w:jc w:val="center"/>
              <w:rPr>
                <w:b/>
                <w:color w:val="1F4E79"/>
                <w:sz w:val="22"/>
              </w:rPr>
            </w:pPr>
          </w:p>
          <w:p w14:paraId="26180120" w14:textId="431141EF" w:rsidR="00431ECA" w:rsidRDefault="00000000">
            <w:pPr>
              <w:jc w:val="center"/>
            </w:pPr>
            <w:r>
              <w:rPr>
                <w:b/>
                <w:color w:val="1F4E79"/>
                <w:sz w:val="22"/>
              </w:rPr>
              <w:t>3. Kontaktart</w:t>
            </w:r>
          </w:p>
        </w:tc>
      </w:tr>
    </w:tbl>
    <w:p w14:paraId="69159C19" w14:textId="77777777" w:rsidR="00C754EB" w:rsidRDefault="00C754EB"/>
    <w:p w14:paraId="6CB5C244" w14:textId="0B1CC09A" w:rsidR="00431ECA" w:rsidRDefault="00000000">
      <w:r>
        <w:t xml:space="preserve">☐ </w:t>
      </w:r>
      <w:proofErr w:type="spellStart"/>
      <w:r>
        <w:t>Direkter</w:t>
      </w:r>
      <w:proofErr w:type="spellEnd"/>
      <w:r>
        <w:t xml:space="preserve"> </w:t>
      </w:r>
      <w:proofErr w:type="spellStart"/>
      <w:r>
        <w:t>Patientenkontakt</w:t>
      </w:r>
      <w:proofErr w:type="spellEnd"/>
      <w:r>
        <w:t xml:space="preserve">    ☐ Familie / </w:t>
      </w:r>
      <w:proofErr w:type="spellStart"/>
      <w:r>
        <w:t>Angehörige</w:t>
      </w:r>
      <w:proofErr w:type="spellEnd"/>
      <w:r>
        <w:t xml:space="preserve">    ☐ </w:t>
      </w:r>
      <w:proofErr w:type="spellStart"/>
      <w:r>
        <w:t>Drittperson</w:t>
      </w:r>
      <w:proofErr w:type="spellEnd"/>
    </w:p>
    <w:p w14:paraId="79FDB275" w14:textId="77777777" w:rsidR="00C754EB" w:rsidRDefault="00C754E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431ECA" w14:paraId="2AF6829D" w14:textId="77777777">
        <w:trPr>
          <w:jc w:val="center"/>
        </w:trPr>
        <w:tc>
          <w:tcPr>
            <w:tcW w:w="10540" w:type="dxa"/>
            <w:shd w:val="clear" w:color="auto" w:fill="EAF2F8"/>
          </w:tcPr>
          <w:p w14:paraId="3092CB2F" w14:textId="77777777" w:rsidR="00D16D6E" w:rsidRDefault="00D16D6E">
            <w:pPr>
              <w:jc w:val="center"/>
              <w:rPr>
                <w:b/>
                <w:color w:val="1F4E79"/>
                <w:sz w:val="22"/>
              </w:rPr>
            </w:pPr>
          </w:p>
          <w:p w14:paraId="13EA9F86" w14:textId="1AA46A68" w:rsidR="00431ECA" w:rsidRDefault="00000000">
            <w:pPr>
              <w:jc w:val="center"/>
            </w:pPr>
            <w:r>
              <w:rPr>
                <w:b/>
                <w:color w:val="1F4E79"/>
                <w:sz w:val="22"/>
              </w:rPr>
              <w:t>4. SOAP-Dokumentation</w:t>
            </w:r>
          </w:p>
        </w:tc>
      </w:tr>
    </w:tbl>
    <w:p w14:paraId="4634C67E" w14:textId="77777777" w:rsidR="00C754EB" w:rsidRDefault="00C754EB">
      <w:pPr>
        <w:rPr>
          <w:b/>
        </w:rPr>
      </w:pPr>
    </w:p>
    <w:p w14:paraId="4DFD9DF2" w14:textId="7D126835" w:rsidR="00431ECA" w:rsidRDefault="00000000">
      <w:r>
        <w:rPr>
          <w:b/>
        </w:rPr>
        <w:t>S – Subjective (</w:t>
      </w:r>
      <w:proofErr w:type="spellStart"/>
      <w:r>
        <w:rPr>
          <w:b/>
        </w:rPr>
        <w:t>Anamnese</w:t>
      </w:r>
      <w:proofErr w:type="spellEnd"/>
      <w:r>
        <w:rPr>
          <w:b/>
        </w:rPr>
        <w:t xml:space="preserve"> / Beschwerden / Verlauf)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431ECA" w14:paraId="63B17C44" w14:textId="77777777">
        <w:tc>
          <w:tcPr>
            <w:tcW w:w="10540" w:type="dxa"/>
          </w:tcPr>
          <w:p w14:paraId="15A12FBF" w14:textId="77777777" w:rsidR="00431ECA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7D4F6394" w14:textId="77777777" w:rsidR="00C754EB" w:rsidRDefault="00C754EB">
      <w:pPr>
        <w:rPr>
          <w:b/>
        </w:rPr>
      </w:pPr>
    </w:p>
    <w:p w14:paraId="28646450" w14:textId="77777777" w:rsidR="00D16D6E" w:rsidRDefault="00D16D6E">
      <w:pPr>
        <w:rPr>
          <w:b/>
        </w:rPr>
      </w:pPr>
    </w:p>
    <w:p w14:paraId="0ED728B0" w14:textId="77777777" w:rsidR="00D16D6E" w:rsidRDefault="00D16D6E">
      <w:pPr>
        <w:rPr>
          <w:b/>
        </w:rPr>
      </w:pPr>
    </w:p>
    <w:p w14:paraId="2AF91A4A" w14:textId="71AFB8BF" w:rsidR="00431ECA" w:rsidRDefault="00000000">
      <w:r>
        <w:rPr>
          <w:b/>
        </w:rPr>
        <w:lastRenderedPageBreak/>
        <w:t>O – Objective (</w:t>
      </w:r>
      <w:proofErr w:type="spellStart"/>
      <w:r>
        <w:rPr>
          <w:b/>
        </w:rPr>
        <w:t>telefonisch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beurteilbare</w:t>
      </w:r>
      <w:proofErr w:type="spellEnd"/>
      <w:r>
        <w:rPr>
          <w:b/>
        </w:rPr>
        <w:t xml:space="preserve"> Befunde / Eindruck / Red Flags)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431ECA" w14:paraId="0B818D8C" w14:textId="77777777">
        <w:tc>
          <w:tcPr>
            <w:tcW w:w="10540" w:type="dxa"/>
          </w:tcPr>
          <w:p w14:paraId="31725DB4" w14:textId="77777777" w:rsidR="00431ECA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0DBC7CB4" w14:textId="77777777" w:rsidR="00C754EB" w:rsidRDefault="00C754EB">
      <w:pPr>
        <w:rPr>
          <w:b/>
        </w:rPr>
      </w:pPr>
    </w:p>
    <w:p w14:paraId="041FEE75" w14:textId="69AC300E" w:rsidR="00431ECA" w:rsidRDefault="00000000">
      <w:r>
        <w:rPr>
          <w:b/>
        </w:rPr>
        <w:t>A – Assessment (</w:t>
      </w:r>
      <w:proofErr w:type="spellStart"/>
      <w:r>
        <w:rPr>
          <w:b/>
        </w:rPr>
        <w:t>Einschätzung</w:t>
      </w:r>
      <w:proofErr w:type="spellEnd"/>
      <w:r>
        <w:rPr>
          <w:b/>
        </w:rPr>
        <w:t xml:space="preserve"> / Arbeitsdiagnose)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431ECA" w14:paraId="53F6F902" w14:textId="77777777">
        <w:tc>
          <w:tcPr>
            <w:tcW w:w="10540" w:type="dxa"/>
          </w:tcPr>
          <w:p w14:paraId="580BB3A0" w14:textId="77777777" w:rsidR="00431ECA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52387C58" w14:textId="77777777" w:rsidR="00C754EB" w:rsidRDefault="00C754EB">
      <w:pPr>
        <w:rPr>
          <w:b/>
        </w:rPr>
      </w:pPr>
    </w:p>
    <w:p w14:paraId="172FD420" w14:textId="77777777" w:rsidR="00C754EB" w:rsidRDefault="00C754EB">
      <w:pPr>
        <w:rPr>
          <w:b/>
        </w:rPr>
      </w:pPr>
    </w:p>
    <w:p w14:paraId="44BBB38B" w14:textId="5C0717FB" w:rsidR="00431ECA" w:rsidRDefault="00000000">
      <w:r>
        <w:rPr>
          <w:b/>
        </w:rPr>
        <w:t>P – Plan (</w:t>
      </w:r>
      <w:proofErr w:type="spellStart"/>
      <w:r>
        <w:rPr>
          <w:b/>
        </w:rPr>
        <w:t>Massnahmen</w:t>
      </w:r>
      <w:proofErr w:type="spellEnd"/>
      <w:r>
        <w:rPr>
          <w:b/>
        </w:rPr>
        <w:t xml:space="preserve"> / Empfehlung / Sicherheitsnetz)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431ECA" w14:paraId="0D2F1BBD" w14:textId="77777777">
        <w:tc>
          <w:tcPr>
            <w:tcW w:w="10540" w:type="dxa"/>
          </w:tcPr>
          <w:p w14:paraId="6FE3B1F6" w14:textId="77777777" w:rsidR="00431ECA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389C7686" w14:textId="77777777" w:rsidR="00C754EB" w:rsidRDefault="00C754E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D16D6E" w14:paraId="378BE913" w14:textId="77777777" w:rsidTr="000E1DAA">
        <w:trPr>
          <w:jc w:val="center"/>
        </w:trPr>
        <w:tc>
          <w:tcPr>
            <w:tcW w:w="10540" w:type="dxa"/>
            <w:shd w:val="clear" w:color="auto" w:fill="EAF2F8"/>
          </w:tcPr>
          <w:p w14:paraId="2F902438" w14:textId="77777777" w:rsidR="00D16D6E" w:rsidRDefault="00D16D6E" w:rsidP="000E1DAA">
            <w:pPr>
              <w:jc w:val="center"/>
              <w:rPr>
                <w:b/>
                <w:color w:val="1F4E79"/>
                <w:sz w:val="22"/>
              </w:rPr>
            </w:pPr>
          </w:p>
          <w:p w14:paraId="47CA50D5" w14:textId="77777777" w:rsidR="00D16D6E" w:rsidRDefault="00D16D6E" w:rsidP="000E1DAA">
            <w:pPr>
              <w:jc w:val="center"/>
            </w:pPr>
            <w:r>
              <w:rPr>
                <w:b/>
                <w:color w:val="1F4E79"/>
                <w:sz w:val="22"/>
              </w:rPr>
              <w:t xml:space="preserve">5. </w:t>
            </w:r>
            <w:proofErr w:type="spellStart"/>
            <w:r>
              <w:rPr>
                <w:b/>
                <w:color w:val="1F4E79"/>
                <w:sz w:val="22"/>
              </w:rPr>
              <w:t>Weiteres</w:t>
            </w:r>
            <w:proofErr w:type="spellEnd"/>
            <w:r>
              <w:rPr>
                <w:b/>
                <w:color w:val="1F4E79"/>
                <w:sz w:val="22"/>
              </w:rPr>
              <w:t xml:space="preserve"> </w:t>
            </w:r>
            <w:proofErr w:type="spellStart"/>
            <w:r>
              <w:rPr>
                <w:b/>
                <w:color w:val="1F4E79"/>
                <w:sz w:val="22"/>
              </w:rPr>
              <w:t>Prozedere</w:t>
            </w:r>
            <w:proofErr w:type="spellEnd"/>
            <w:r>
              <w:rPr>
                <w:b/>
                <w:color w:val="1F4E79"/>
                <w:sz w:val="22"/>
              </w:rPr>
              <w:t xml:space="preserve"> / Triage-</w:t>
            </w:r>
            <w:proofErr w:type="spellStart"/>
            <w:r>
              <w:rPr>
                <w:b/>
                <w:color w:val="1F4E79"/>
                <w:sz w:val="22"/>
              </w:rPr>
              <w:t>Entscheid</w:t>
            </w:r>
            <w:proofErr w:type="spellEnd"/>
          </w:p>
        </w:tc>
      </w:tr>
    </w:tbl>
    <w:p w14:paraId="4B0590C8" w14:textId="77777777" w:rsidR="00D16D6E" w:rsidRDefault="00D16D6E"/>
    <w:p w14:paraId="40F18232" w14:textId="20E97E3C" w:rsidR="00431ECA" w:rsidRDefault="00000000">
      <w:r>
        <w:t xml:space="preserve">☐ </w:t>
      </w:r>
      <w:proofErr w:type="spellStart"/>
      <w:r>
        <w:t>Telefonische</w:t>
      </w:r>
      <w:proofErr w:type="spellEnd"/>
      <w:r>
        <w:t xml:space="preserve"> </w:t>
      </w:r>
      <w:proofErr w:type="spellStart"/>
      <w:r>
        <w:t>Beratung</w:t>
      </w:r>
      <w:proofErr w:type="spellEnd"/>
      <w:r>
        <w:t xml:space="preserve"> </w:t>
      </w:r>
      <w:proofErr w:type="spellStart"/>
      <w:r>
        <w:t>ausreichend</w:t>
      </w:r>
      <w:proofErr w:type="spellEnd"/>
    </w:p>
    <w:p w14:paraId="0C1C8B0A" w14:textId="77777777" w:rsidR="00431ECA" w:rsidRDefault="00000000">
      <w:r>
        <w:t>☐ Konsultation beim Hausarzt am Folgetag empfohlen</w:t>
      </w:r>
    </w:p>
    <w:p w14:paraId="3E0EAE10" w14:textId="77777777" w:rsidR="00431ECA" w:rsidRDefault="00000000">
      <w:r>
        <w:t xml:space="preserve">    ☐ Hausarzt telefonisch informiert    ☐ Hausarzt per E-Mail informiert    ☐ Protokoll übermittelt</w:t>
      </w:r>
    </w:p>
    <w:p w14:paraId="543874D4" w14:textId="77777777" w:rsidR="00431ECA" w:rsidRDefault="00000000">
      <w:r>
        <w:t>☐ Triagierender Arzt kann Patient ggf. selbst am Folgetag sehen</w:t>
      </w:r>
    </w:p>
    <w:p w14:paraId="14E6BAC4" w14:textId="77777777" w:rsidR="00431ECA" w:rsidRDefault="00000000">
      <w:r>
        <w:t>☐ Überweisung / Zuweisung erforderlich an</w:t>
      </w:r>
    </w:p>
    <w:p w14:paraId="7297AB32" w14:textId="77777777" w:rsidR="00431ECA" w:rsidRDefault="00000000">
      <w:r>
        <w:t xml:space="preserve">    ☐ See-Spital Horgen    ☐ Spital Männedorf    ☐ Spital Zollikerberg    ☐ Überweisung per E-Mail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431ECA" w14:paraId="01394C0F" w14:textId="77777777">
        <w:trPr>
          <w:jc w:val="center"/>
        </w:trPr>
        <w:tc>
          <w:tcPr>
            <w:tcW w:w="10540" w:type="dxa"/>
            <w:shd w:val="clear" w:color="auto" w:fill="EAF2F8"/>
          </w:tcPr>
          <w:p w14:paraId="0A92F637" w14:textId="77777777" w:rsidR="00D16D6E" w:rsidRDefault="00D16D6E">
            <w:pPr>
              <w:jc w:val="center"/>
              <w:rPr>
                <w:b/>
                <w:color w:val="1F4E79"/>
                <w:sz w:val="22"/>
              </w:rPr>
            </w:pPr>
          </w:p>
          <w:p w14:paraId="3F8F8DA2" w14:textId="13F073B0" w:rsidR="00431ECA" w:rsidRDefault="00000000">
            <w:pPr>
              <w:jc w:val="center"/>
            </w:pPr>
            <w:r>
              <w:rPr>
                <w:b/>
                <w:color w:val="1F4E79"/>
                <w:sz w:val="22"/>
              </w:rPr>
              <w:t>6. Zusatzangaben</w:t>
            </w:r>
          </w:p>
        </w:tc>
      </w:tr>
    </w:tbl>
    <w:p w14:paraId="5F838EFD" w14:textId="77777777" w:rsidR="00C754EB" w:rsidRDefault="00C754EB"/>
    <w:p w14:paraId="0E278483" w14:textId="14AD82E7" w:rsidR="00431ECA" w:rsidRDefault="00000000">
      <w:proofErr w:type="spellStart"/>
      <w:r>
        <w:t>Dringlichkeit</w:t>
      </w:r>
      <w:proofErr w:type="spellEnd"/>
      <w:r>
        <w:t xml:space="preserve">: ☐ </w:t>
      </w:r>
      <w:proofErr w:type="spellStart"/>
      <w:r>
        <w:t>niedrig</w:t>
      </w:r>
      <w:proofErr w:type="spellEnd"/>
      <w:r>
        <w:t xml:space="preserve">    ☐ mittel    ☐ hoch      Rückruf: ☐ ja    ☐ nein</w:t>
      </w:r>
    </w:p>
    <w:p w14:paraId="1D135DC0" w14:textId="5D1720DD" w:rsidR="00431ECA" w:rsidRDefault="00000000">
      <w:r>
        <w:t xml:space="preserve">Zeitpunkt </w:t>
      </w:r>
      <w:proofErr w:type="spellStart"/>
      <w:r>
        <w:t>Rückruf</w:t>
      </w:r>
      <w:proofErr w:type="spellEnd"/>
      <w:r>
        <w:t xml:space="preserve"> / </w:t>
      </w:r>
      <w:proofErr w:type="spellStart"/>
      <w:r>
        <w:t>Bemerkung</w:t>
      </w:r>
      <w:proofErr w:type="spellEnd"/>
      <w:r>
        <w:t xml:space="preserve">: ______________________________________   </w:t>
      </w:r>
      <w:proofErr w:type="spellStart"/>
      <w:r>
        <w:t>Zusatznotiz</w:t>
      </w:r>
      <w:proofErr w:type="spellEnd"/>
      <w:r>
        <w:t>: _____________________________</w:t>
      </w:r>
    </w:p>
    <w:p w14:paraId="5C4ABC85" w14:textId="77777777" w:rsidR="00C754EB" w:rsidRDefault="00C754E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431ECA" w14:paraId="253CDE32" w14:textId="77777777">
        <w:trPr>
          <w:jc w:val="center"/>
        </w:trPr>
        <w:tc>
          <w:tcPr>
            <w:tcW w:w="10540" w:type="dxa"/>
            <w:shd w:val="clear" w:color="auto" w:fill="EAF2F8"/>
          </w:tcPr>
          <w:p w14:paraId="70386A98" w14:textId="77777777" w:rsidR="00D16D6E" w:rsidRDefault="00D16D6E">
            <w:pPr>
              <w:jc w:val="center"/>
              <w:rPr>
                <w:b/>
                <w:color w:val="1F4E79"/>
                <w:sz w:val="22"/>
              </w:rPr>
            </w:pPr>
          </w:p>
          <w:p w14:paraId="0B004AA9" w14:textId="5C8B89F5" w:rsidR="00431ECA" w:rsidRDefault="00000000">
            <w:pPr>
              <w:jc w:val="center"/>
            </w:pPr>
            <w:r>
              <w:rPr>
                <w:b/>
                <w:color w:val="1F4E79"/>
                <w:sz w:val="22"/>
              </w:rPr>
              <w:lastRenderedPageBreak/>
              <w:t>7. Arztangaben</w:t>
            </w:r>
          </w:p>
        </w:tc>
      </w:tr>
    </w:tbl>
    <w:p w14:paraId="3FEABD3D" w14:textId="77777777" w:rsidR="00C754EB" w:rsidRDefault="00C754EB"/>
    <w:p w14:paraId="400E20E1" w14:textId="77777777" w:rsidR="00C754EB" w:rsidRDefault="00000000">
      <w:r>
        <w:t xml:space="preserve">Name </w:t>
      </w:r>
      <w:proofErr w:type="spellStart"/>
      <w:r>
        <w:t>Dienstarzt</w:t>
      </w:r>
      <w:proofErr w:type="spellEnd"/>
      <w:r>
        <w:t xml:space="preserve">: ____________________    Praxis / Standort: ____________________    Telefon: ____________________    </w:t>
      </w:r>
    </w:p>
    <w:p w14:paraId="2B24E71D" w14:textId="490781DF" w:rsidR="00431ECA" w:rsidRDefault="00000000">
      <w:r>
        <w:t>E-Mail: 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431ECA" w14:paraId="741E5B0F" w14:textId="77777777">
        <w:trPr>
          <w:jc w:val="center"/>
        </w:trPr>
        <w:tc>
          <w:tcPr>
            <w:tcW w:w="10540" w:type="dxa"/>
            <w:shd w:val="clear" w:color="auto" w:fill="EAF2F8"/>
          </w:tcPr>
          <w:p w14:paraId="1FC8FF42" w14:textId="77777777" w:rsidR="00D16D6E" w:rsidRDefault="00D16D6E">
            <w:pPr>
              <w:jc w:val="center"/>
              <w:rPr>
                <w:b/>
                <w:color w:val="1F4E79"/>
                <w:sz w:val="22"/>
              </w:rPr>
            </w:pPr>
          </w:p>
          <w:p w14:paraId="41C3158B" w14:textId="3F5E4D51" w:rsidR="00431ECA" w:rsidRDefault="00000000">
            <w:pPr>
              <w:jc w:val="center"/>
            </w:pPr>
            <w:r>
              <w:rPr>
                <w:b/>
                <w:color w:val="1F4E79"/>
                <w:sz w:val="22"/>
              </w:rPr>
              <w:t>8. Ausgabe / Versand</w:t>
            </w:r>
          </w:p>
        </w:tc>
      </w:tr>
    </w:tbl>
    <w:p w14:paraId="3781068F" w14:textId="77777777" w:rsidR="00C754EB" w:rsidRDefault="00C754EB"/>
    <w:p w14:paraId="01FEE927" w14:textId="77777777" w:rsidR="00431ECA" w:rsidRDefault="00000000">
      <w:proofErr w:type="spellStart"/>
      <w:r>
        <w:t>Empfängeradressen</w:t>
      </w:r>
      <w:proofErr w:type="spellEnd"/>
      <w:r>
        <w:t>:</w:t>
      </w:r>
    </w:p>
    <w:p w14:paraId="2B43325E" w14:textId="77777777" w:rsidR="00431ECA" w:rsidRDefault="00000000">
      <w:r>
        <w:t>See-Spital Horgen: notfall@see-spital.ch</w:t>
      </w:r>
    </w:p>
    <w:p w14:paraId="4BF018A4" w14:textId="77777777" w:rsidR="00431ECA" w:rsidRDefault="00000000">
      <w:r>
        <w:t>Spital Männedorf: notfall.postfach@spitalmaennedorf.ch</w:t>
      </w:r>
    </w:p>
    <w:p w14:paraId="54EE29E9" w14:textId="77777777" w:rsidR="00431ECA" w:rsidRDefault="00000000">
      <w:r>
        <w:t>Spital Zollikerberg: notfallzuweisung@spitalzollikerberg.ch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431ECA" w14:paraId="30C5BE54" w14:textId="77777777">
        <w:trPr>
          <w:jc w:val="center"/>
        </w:trPr>
        <w:tc>
          <w:tcPr>
            <w:tcW w:w="10540" w:type="dxa"/>
            <w:shd w:val="clear" w:color="auto" w:fill="EAF2F8"/>
          </w:tcPr>
          <w:p w14:paraId="6A2BBF24" w14:textId="77777777" w:rsidR="00D16D6E" w:rsidRDefault="00D16D6E">
            <w:pPr>
              <w:jc w:val="center"/>
              <w:rPr>
                <w:b/>
                <w:color w:val="1F4E79"/>
                <w:sz w:val="22"/>
              </w:rPr>
            </w:pPr>
          </w:p>
          <w:p w14:paraId="4FCAC3C8" w14:textId="7CF550DA" w:rsidR="00431ECA" w:rsidRDefault="00000000">
            <w:pPr>
              <w:jc w:val="center"/>
            </w:pPr>
            <w:r>
              <w:rPr>
                <w:b/>
                <w:color w:val="1F4E79"/>
                <w:sz w:val="22"/>
              </w:rPr>
              <w:t>9. Abschluss</w:t>
            </w:r>
          </w:p>
        </w:tc>
      </w:tr>
    </w:tbl>
    <w:p w14:paraId="5AB41146" w14:textId="77777777" w:rsidR="00C754EB" w:rsidRDefault="00C754EB"/>
    <w:p w14:paraId="2D235ADC" w14:textId="6BE5672D" w:rsidR="00431ECA" w:rsidRDefault="00000000">
      <w:proofErr w:type="spellStart"/>
      <w:r>
        <w:t>Abschlussdatum</w:t>
      </w:r>
      <w:proofErr w:type="spellEnd"/>
      <w:r>
        <w:t xml:space="preserve">: ____________________    </w:t>
      </w:r>
      <w:proofErr w:type="spellStart"/>
      <w:r>
        <w:t>Unterschrift</w:t>
      </w:r>
      <w:proofErr w:type="spellEnd"/>
      <w:r>
        <w:t>: _______________________________________________</w:t>
      </w:r>
    </w:p>
    <w:sectPr w:rsidR="00431ECA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5201361">
    <w:abstractNumId w:val="8"/>
  </w:num>
  <w:num w:numId="2" w16cid:durableId="2063745716">
    <w:abstractNumId w:val="6"/>
  </w:num>
  <w:num w:numId="3" w16cid:durableId="1131630347">
    <w:abstractNumId w:val="5"/>
  </w:num>
  <w:num w:numId="4" w16cid:durableId="1610089290">
    <w:abstractNumId w:val="4"/>
  </w:num>
  <w:num w:numId="5" w16cid:durableId="1249464560">
    <w:abstractNumId w:val="7"/>
  </w:num>
  <w:num w:numId="6" w16cid:durableId="331421833">
    <w:abstractNumId w:val="3"/>
  </w:num>
  <w:num w:numId="7" w16cid:durableId="1008019322">
    <w:abstractNumId w:val="2"/>
  </w:num>
  <w:num w:numId="8" w16cid:durableId="333726293">
    <w:abstractNumId w:val="1"/>
  </w:num>
  <w:num w:numId="9" w16cid:durableId="1397776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1ECA"/>
    <w:rsid w:val="00895EAF"/>
    <w:rsid w:val="00AA1D8D"/>
    <w:rsid w:val="00B47730"/>
    <w:rsid w:val="00C754EB"/>
    <w:rsid w:val="00CB0664"/>
    <w:rsid w:val="00D16D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F31CBA5"/>
  <w14:defaultImageDpi w14:val="300"/>
  <w15:docId w15:val="{436713CF-DEC5-DF4F-8D11-9800418D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H. Katzenfuss</cp:lastModifiedBy>
  <cp:revision>3</cp:revision>
  <dcterms:created xsi:type="dcterms:W3CDTF">2013-12-23T23:15:00Z</dcterms:created>
  <dcterms:modified xsi:type="dcterms:W3CDTF">2026-04-12T15:08:00Z</dcterms:modified>
  <cp:category/>
</cp:coreProperties>
</file>